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UZ VISA</w:t>
      </w:r>
    </w:p>
    <w:p>
      <w:pPr>
        <w:pStyle w:val="Heading1"/>
      </w:pPr>
      <w:r>
        <w:t>Schengen sponsor dilekçesi taslağı</w:t>
      </w:r>
    </w:p>
    <w:p>
      <w:r>
        <w:t>Kullanım açıklaması | 9 Eylül 2026</w:t>
      </w:r>
    </w:p>
    <w:p>
      <w:r>
        <w:t>İkinci sayfa İngilizce, düzenlenebilir bir örnektir. Köşeli parantezli alanları kendi gerçek bilgilerinizle değiştirin; size uymayan cümleleri silin.</w:t>
      </w:r>
    </w:p>
    <w:p>
      <w:r>
        <w:t>Başvurulacak temsilciliğin istediği dil, imza, tasdik ve belge koşulları önceliklidir. Bu taslak resmî form, noter belgesi veya hukuki dilekçe değildir.</w:t>
      </w:r>
    </w:p>
    <w:p>
      <w:r>
        <w:t>Dilekçe tek başına yeterli değildir. Tarihler, konaklama, seyahat amacı ve finansman beyanları formunuz ve destekleyici belgelerinizle tutarlı olmalıdır.</w:t>
      </w:r>
    </w:p>
    <w:p>
      <w:r>
        <w:t>Gerçekleşmemiş rezervasyon, gelir, ödeme veya ilişki bilgisi yazmayın. İlgili kanıtı bulunmayan bir iddiayı taslakta bırakmayın.</w:t>
      </w:r>
    </w:p>
    <w:p>
      <w:pPr>
        <w:pStyle w:val="Heading2"/>
      </w:pPr>
      <w:r>
        <w:t>Göndermeden önce</w:t>
      </w:r>
    </w:p>
    <w:p>
      <w:pPr>
        <w:pStyle w:val="ListBullet"/>
      </w:pPr>
      <w:r>
        <w:t>Bu Türkçe kullanım sayfasını başvuruya göndereceğiniz kopyadan çıkarın.</w:t>
      </w:r>
    </w:p>
    <w:p>
      <w:pPr>
        <w:pStyle w:val="ListBullet"/>
      </w:pPr>
      <w:r>
        <w:t>Bütün [PLACEHOLDER] alanlarını doldurun veya ilgili satırı silin.</w:t>
      </w:r>
    </w:p>
    <w:p>
      <w:pPr>
        <w:pStyle w:val="ListBullet"/>
      </w:pPr>
      <w:r>
        <w:t>Belge listesini yalnız gerçekten ekleyeceğiniz kanıtlara göre düzenleyin.</w:t>
      </w:r>
    </w:p>
    <w:p>
      <w:pPr>
        <w:pStyle w:val="ListBullet"/>
      </w:pPr>
      <w:r>
        <w:t>İsim, tarih, imza ve iletişim bilgilerini son kez kontrol edin.</w:t>
      </w:r>
    </w:p>
    <w:p>
      <w:r>
        <w:t>Resmî başvuru rehberi: https://home-affairs.ec.europa.eu/policies/schengen/visa-policy/applying-schengen-visa_en</w:t>
      </w:r>
    </w:p>
    <w:p>
      <w:r>
        <w:br w:type="page"/>
      </w:r>
    </w:p>
    <w:p>
      <w:r>
        <w:t>[DATE]</w:t>
      </w:r>
    </w:p>
    <w:p>
      <w:r>
        <w:t>To: [NAME OF THE COMPETENT CONSULATE]</w:t>
      </w:r>
    </w:p>
    <w:p>
      <w:r>
        <w:t>Subject: Financial support for [APPLICANT FULL NAME]</w:t>
      </w:r>
    </w:p>
    <w:p>
      <w:r>
        <w:t>Dear Visa Officer,</w:t>
      </w:r>
    </w:p>
    <w:p>
      <w:r>
        <w:t>My name is [SPONSOR FULL NAME]. I am [RELATIONSHIP] of [APPLICANT FULL NAME AS IN PASSPORT]. My contact details and residence are [CONTACT DETAILS AND ADDRESS].</w:t>
      </w:r>
    </w:p>
    <w:p>
      <w:r>
        <w:t>The applicant plans to visit [COUNTRY / COUNTRIES] from [ARRIVAL DATE] to [DEPARTURE DATE] for [PURPOSE OF VISIT].</w:t>
      </w:r>
    </w:p>
    <w:p>
      <w:r>
        <w:t>I intend to cover [SPECIFY EXPENSES: TRANSPORT / ACCOMMODATION / DAILY COSTS] up to [AMOUNT AND CURRENCY]. The applicant will cover [REMAINING EXPENSES, IF APPLICABLE].</w:t>
      </w:r>
    </w:p>
    <w:p>
      <w:r>
        <w:t>The source of my funds is [FACTUAL SOURCE]. I have enclosed [ACTUAL FINANCIAL RECORDS] to support this statement. Evidence of our relationship is [ACTUAL RECORD, IF REQUIRED].</w:t>
      </w:r>
    </w:p>
    <w:p>
      <w:r>
        <w:t>Accommodation arrangements are [FACTUAL DETAILS]. This financial support statement does not replace any formal sponsorship or guarantee form required by the competent authorities.</w:t>
      </w:r>
    </w:p>
    <w:p>
      <w:r>
        <w:t>I confirm that this statement and the supporting records accurately describe the support I am able and willing to provide.</w:t>
      </w:r>
    </w:p>
    <w:p>
      <w:r>
        <w:t>Yours faithfully,</w:t>
      </w:r>
    </w:p>
    <w:p>
      <w:r>
        <w:t>[SPONSOR FULL NAME]</w:t>
      </w:r>
    </w:p>
    <w:p>
      <w:r>
        <w:t>[SIGNATURE]</w:t>
      </w:r>
    </w:p>
    <w:p>
      <w:r>
        <w:t>[CONTACT DETAILS]</w:t>
      </w:r>
    </w:p>
    <w:p>
      <w:r>
        <w:t>Enclosures: [LIST ONLY THE DOCUMENTS ACTUALLY INCLUDED]</w:t>
      </w:r>
    </w:p>
    <w:sectPr w:rsidR="00FC693F" w:rsidRPr="0006063C" w:rsidSect="00034616">
      <w:footerReference w:type="default" r:id="rId9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UZ VISA, LLC | uzvisa.com/kaynaklar | support@uzvisa.com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iberation Sans" w:hAnsi="Liberatio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F335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F335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1F335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Schengen sponsor dilekçesi taslağı</dc:title>
  <dc:subject/>
  <dc:creator>UZ VISA, LLC</dc:creator>
  <cp:keywords/>
  <dc:description>Düzenlenebilir hazırlık taslağı; resmî form değildir.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